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29DF" w14:textId="77777777" w:rsidR="00E8632C" w:rsidRDefault="00E8632C" w:rsidP="00E8632C">
      <w:pPr>
        <w:autoSpaceDE w:val="0"/>
        <w:autoSpaceDN w:val="0"/>
        <w:adjustRightInd w:val="0"/>
      </w:pPr>
      <w:r>
        <w:fldChar w:fldCharType="begin"/>
      </w:r>
      <w:r>
        <w:instrText xml:space="preserve"> INCLUDEPICTURE "https://www.unap.cl/prontus_unap/site/artic/20180307/imag/foto_0000003020180307155225/unap_positivo.png"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"https://www.unap.cl/prontus_unap/site/artic/20180307/imag/foto_0000003020180307155225/unap_positivo.png" \* MERGEFORMATINET </w:instrText>
      </w:r>
      <w:r w:rsidR="00000000">
        <w:fldChar w:fldCharType="separate"/>
      </w:r>
      <w:r w:rsidR="00000000">
        <w:pict w14:anchorId="4DA521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ecursos Gráficos y Audiovisuales" style="width:99.45pt;height:99.45pt">
            <v:imagedata r:id="rId6" r:href="rId7"/>
          </v:shape>
        </w:pict>
      </w:r>
      <w:r w:rsidR="00000000">
        <w:fldChar w:fldCharType="end"/>
      </w:r>
      <w:r>
        <w:fldChar w:fldCharType="end"/>
      </w:r>
    </w:p>
    <w:p w14:paraId="14AF4487" w14:textId="2D6D680D" w:rsidR="00E8632C" w:rsidRPr="0049788C" w:rsidRDefault="00E8632C" w:rsidP="00E863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es"/>
        </w:rPr>
      </w:pPr>
      <w:r w:rsidRPr="0049788C">
        <w:rPr>
          <w:rFonts w:ascii="Arial" w:hAnsi="Arial" w:cs="Arial"/>
          <w:b/>
          <w:sz w:val="24"/>
          <w:szCs w:val="24"/>
          <w:lang w:val="es"/>
        </w:rPr>
        <w:t>PROYECTO DE INVESTIGACIÓN PARA LA POSTULACIÓN AL</w:t>
      </w:r>
    </w:p>
    <w:p w14:paraId="22E4B3D4" w14:textId="77777777" w:rsidR="00E8632C" w:rsidRDefault="00E8632C" w:rsidP="00E8632C">
      <w:pPr>
        <w:autoSpaceDE w:val="0"/>
        <w:autoSpaceDN w:val="0"/>
        <w:adjustRightInd w:val="0"/>
        <w:jc w:val="center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MAGÍSTER EN RELACIONES INTERNACIONALES Y ESTUDIOS TRANSFRONTERIZOS (MARIET)</w:t>
      </w:r>
    </w:p>
    <w:p w14:paraId="126CE52E" w14:textId="77777777" w:rsidR="0049788C" w:rsidRDefault="0049788C" w:rsidP="0049788C">
      <w:pPr>
        <w:pStyle w:val="Ttulo"/>
        <w:pBdr>
          <w:bottom w:val="single" w:sz="8" w:space="0" w:color="4F81BD" w:themeColor="accent1"/>
        </w:pBdr>
        <w:rPr>
          <w:sz w:val="28"/>
          <w:szCs w:val="28"/>
          <w:lang w:val="es-CL"/>
        </w:rPr>
      </w:pPr>
    </w:p>
    <w:p w14:paraId="4DA1A789" w14:textId="01E81074" w:rsidR="00E8632C" w:rsidRDefault="00E8632C" w:rsidP="0049788C">
      <w:pPr>
        <w:pStyle w:val="Ttulo"/>
        <w:pBdr>
          <w:bottom w:val="single" w:sz="8" w:space="0" w:color="4F81BD" w:themeColor="accent1"/>
        </w:pBdr>
        <w:rPr>
          <w:sz w:val="28"/>
          <w:szCs w:val="28"/>
          <w:lang w:val="es-CL"/>
        </w:rPr>
      </w:pPr>
      <w:r w:rsidRPr="00E8632C">
        <w:rPr>
          <w:sz w:val="28"/>
          <w:szCs w:val="28"/>
          <w:lang w:val="es-CL"/>
        </w:rPr>
        <w:t>Nombre completo: ________________</w:t>
      </w:r>
      <w:r w:rsidR="00DF09F4">
        <w:rPr>
          <w:sz w:val="28"/>
          <w:szCs w:val="28"/>
          <w:lang w:val="es-CL"/>
        </w:rPr>
        <w:t>___________________________</w:t>
      </w:r>
    </w:p>
    <w:p w14:paraId="0D8DB831" w14:textId="39EC3866" w:rsidR="00730E34" w:rsidRDefault="00730E34" w:rsidP="00E83042">
      <w:pPr>
        <w:pStyle w:val="Ttulo1"/>
        <w:rPr>
          <w:rFonts w:ascii="Times New Roman" w:hAnsi="Times New Roman" w:cs="Times New Roman"/>
          <w:color w:val="auto"/>
          <w:sz w:val="24"/>
          <w:szCs w:val="24"/>
          <w:lang w:val="es-C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s-CL"/>
        </w:rPr>
        <w:t>Objetivo:</w:t>
      </w:r>
    </w:p>
    <w:p w14:paraId="776F945A" w14:textId="6BA345CA" w:rsidR="00730E34" w:rsidRPr="00730E34" w:rsidRDefault="00730E34" w:rsidP="00E83042">
      <w:pPr>
        <w:pStyle w:val="Ttulo1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s-CL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s-CL"/>
        </w:rPr>
        <w:t>Nuestro Programa de estudio ofrece distint</w:t>
      </w:r>
      <w:r w:rsidR="004E600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s-CL"/>
        </w:rPr>
        <w:t>o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s-CL"/>
        </w:rPr>
        <w:t xml:space="preserve">s formatos </w:t>
      </w:r>
      <w:r w:rsidR="004E600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s-CL"/>
        </w:rPr>
        <w:t xml:space="preserve">de proyecto de investigación que irán explorando a lo largo de los tres primeros semestres. En esta ocasión, solamente nos interesa que nos presenten en un texto corto las temáticas de su interés y que motivan su decisión de postular a nuestro Magíster.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s-CL"/>
        </w:rPr>
        <w:t xml:space="preserve"> </w:t>
      </w:r>
    </w:p>
    <w:p w14:paraId="1A93DDB4" w14:textId="10DFDEB6" w:rsidR="00665BBE" w:rsidRPr="00DF09F4" w:rsidRDefault="00000000" w:rsidP="00E83042">
      <w:pPr>
        <w:pStyle w:val="Ttulo1"/>
        <w:rPr>
          <w:rFonts w:ascii="Times New Roman" w:hAnsi="Times New Roman" w:cs="Times New Roman"/>
          <w:color w:val="auto"/>
          <w:sz w:val="24"/>
          <w:szCs w:val="24"/>
          <w:lang w:val="es-CL"/>
        </w:rPr>
      </w:pPr>
      <w:r w:rsidRPr="00DF09F4">
        <w:rPr>
          <w:rFonts w:ascii="Times New Roman" w:hAnsi="Times New Roman" w:cs="Times New Roman"/>
          <w:color w:val="auto"/>
          <w:sz w:val="24"/>
          <w:szCs w:val="24"/>
          <w:lang w:val="es-CL"/>
        </w:rPr>
        <w:t>Instrucciones Generales</w:t>
      </w:r>
      <w:r w:rsidR="00DF09F4" w:rsidRPr="00DF09F4">
        <w:rPr>
          <w:rFonts w:ascii="Times New Roman" w:hAnsi="Times New Roman" w:cs="Times New Roman"/>
          <w:color w:val="auto"/>
          <w:sz w:val="24"/>
          <w:szCs w:val="24"/>
          <w:lang w:val="es-CL"/>
        </w:rPr>
        <w:t>:</w:t>
      </w:r>
    </w:p>
    <w:p w14:paraId="253D4011" w14:textId="77777777" w:rsidR="00E83042" w:rsidRDefault="00E83042" w:rsidP="00E83042">
      <w:pPr>
        <w:rPr>
          <w:lang w:val="es-CL"/>
        </w:rPr>
      </w:pPr>
    </w:p>
    <w:p w14:paraId="47D47C9B" w14:textId="0CE51FF0" w:rsidR="00E83042" w:rsidRPr="0049788C" w:rsidRDefault="00E83042" w:rsidP="00E83042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s-CL"/>
        </w:rPr>
      </w:pPr>
      <w:r w:rsidRPr="0049788C">
        <w:rPr>
          <w:rFonts w:ascii="Times New Roman" w:hAnsi="Times New Roman" w:cs="Times New Roman"/>
          <w:sz w:val="24"/>
          <w:szCs w:val="24"/>
          <w:lang w:val="es-CL"/>
        </w:rPr>
        <w:t>El proyecto debe ser redactado en español y debe ser de autoría propia (se descartarán los proyectos generados por inteligencia artificial).</w:t>
      </w:r>
    </w:p>
    <w:p w14:paraId="6AEAF2FD" w14:textId="77777777" w:rsidR="00E83042" w:rsidRPr="0049788C" w:rsidRDefault="00E83042" w:rsidP="00E83042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s-CL"/>
        </w:rPr>
      </w:pPr>
      <w:r w:rsidRPr="0049788C">
        <w:rPr>
          <w:rFonts w:ascii="Times New Roman" w:hAnsi="Times New Roman" w:cs="Times New Roman"/>
          <w:sz w:val="24"/>
          <w:szCs w:val="24"/>
          <w:lang w:val="es-CL"/>
        </w:rPr>
        <w:t>La extensión sugerida es de 750 a 1000 palabras.</w:t>
      </w:r>
    </w:p>
    <w:p w14:paraId="7E4C79D1" w14:textId="77777777" w:rsidR="00E83042" w:rsidRPr="0049788C" w:rsidRDefault="00E83042" w:rsidP="00E83042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s-CL"/>
        </w:rPr>
      </w:pPr>
      <w:r w:rsidRPr="0049788C">
        <w:rPr>
          <w:rFonts w:ascii="Times New Roman" w:hAnsi="Times New Roman" w:cs="Times New Roman"/>
          <w:sz w:val="24"/>
          <w:szCs w:val="24"/>
          <w:lang w:val="es-CL"/>
        </w:rPr>
        <w:t>Se recomienda precisión y claridad conceptual.</w:t>
      </w:r>
    </w:p>
    <w:p w14:paraId="09A13682" w14:textId="77777777" w:rsidR="0049788C" w:rsidRDefault="0049788C">
      <w:pPr>
        <w:rPr>
          <w:rFonts w:ascii="Times New Roman" w:hAnsi="Times New Roman" w:cs="Times New Roman"/>
          <w:b/>
          <w:bCs/>
          <w:sz w:val="24"/>
          <w:szCs w:val="24"/>
          <w:lang w:val="es-CL"/>
        </w:rPr>
      </w:pPr>
    </w:p>
    <w:p w14:paraId="774ACB03" w14:textId="4BAB6728" w:rsidR="00E83042" w:rsidRPr="00E83042" w:rsidRDefault="00E83042">
      <w:pPr>
        <w:rPr>
          <w:rFonts w:ascii="Times New Roman" w:hAnsi="Times New Roman" w:cs="Times New Roman"/>
          <w:b/>
          <w:bCs/>
          <w:sz w:val="24"/>
          <w:szCs w:val="24"/>
          <w:lang w:val="es-CL"/>
        </w:rPr>
      </w:pPr>
      <w:r w:rsidRPr="00E83042">
        <w:rPr>
          <w:rFonts w:ascii="Times New Roman" w:hAnsi="Times New Roman" w:cs="Times New Roman"/>
          <w:b/>
          <w:bCs/>
          <w:sz w:val="24"/>
          <w:szCs w:val="24"/>
          <w:lang w:val="es-CL"/>
        </w:rPr>
        <w:t xml:space="preserve">Contenidos </w:t>
      </w:r>
      <w:r w:rsidRPr="004E600C">
        <w:rPr>
          <w:rFonts w:ascii="Times New Roman" w:hAnsi="Times New Roman" w:cs="Times New Roman"/>
          <w:b/>
          <w:bCs/>
          <w:sz w:val="24"/>
          <w:szCs w:val="24"/>
          <w:u w:val="single"/>
          <w:lang w:val="es-CL"/>
        </w:rPr>
        <w:t>sugeridos</w:t>
      </w:r>
      <w:r w:rsidRPr="00E83042">
        <w:rPr>
          <w:rFonts w:ascii="Times New Roman" w:hAnsi="Times New Roman" w:cs="Times New Roman"/>
          <w:b/>
          <w:bCs/>
          <w:sz w:val="24"/>
          <w:szCs w:val="24"/>
          <w:lang w:val="es-CL"/>
        </w:rPr>
        <w:t xml:space="preserve"> en la redacción del proyecto:</w:t>
      </w:r>
    </w:p>
    <w:p w14:paraId="35AD0DD8" w14:textId="3558049E" w:rsidR="00665BBE" w:rsidRDefault="004E600C" w:rsidP="00730E34">
      <w:pPr>
        <w:pStyle w:val="Prrafodelista"/>
        <w:numPr>
          <w:ilvl w:val="0"/>
          <w:numId w:val="11"/>
        </w:numPr>
        <w:rPr>
          <w:lang w:val="es-CL"/>
        </w:rPr>
      </w:pPr>
      <w:r>
        <w:rPr>
          <w:lang w:val="es-CL"/>
        </w:rPr>
        <w:t>La d</w:t>
      </w:r>
      <w:r w:rsidR="00730E34">
        <w:rPr>
          <w:lang w:val="es-CL"/>
        </w:rPr>
        <w:t>escripción de la temática de interés.</w:t>
      </w:r>
    </w:p>
    <w:p w14:paraId="189B8721" w14:textId="493432B5" w:rsidR="004E600C" w:rsidRDefault="004E600C" w:rsidP="00730E34">
      <w:pPr>
        <w:pStyle w:val="Prrafodelista"/>
        <w:numPr>
          <w:ilvl w:val="0"/>
          <w:numId w:val="11"/>
        </w:numPr>
        <w:rPr>
          <w:lang w:val="es-CL"/>
        </w:rPr>
      </w:pPr>
      <w:r>
        <w:rPr>
          <w:lang w:val="es-CL"/>
        </w:rPr>
        <w:t>Los objetivos de la investigación.</w:t>
      </w:r>
    </w:p>
    <w:p w14:paraId="2596997B" w14:textId="43A15F74" w:rsidR="00730E34" w:rsidRDefault="004E600C" w:rsidP="00730E34">
      <w:pPr>
        <w:pStyle w:val="Prrafodelista"/>
        <w:numPr>
          <w:ilvl w:val="0"/>
          <w:numId w:val="11"/>
        </w:numPr>
        <w:rPr>
          <w:lang w:val="es-CL"/>
        </w:rPr>
      </w:pPr>
      <w:r>
        <w:rPr>
          <w:lang w:val="es-CL"/>
        </w:rPr>
        <w:t>Autores/as o textos de referencia que ha leído sobre la temática.</w:t>
      </w:r>
    </w:p>
    <w:p w14:paraId="10FFC6C3" w14:textId="00BC6412" w:rsidR="004E600C" w:rsidRDefault="004E600C" w:rsidP="00730E34">
      <w:pPr>
        <w:pStyle w:val="Prrafodelista"/>
        <w:numPr>
          <w:ilvl w:val="0"/>
          <w:numId w:val="11"/>
        </w:numPr>
        <w:rPr>
          <w:lang w:val="es-CL"/>
        </w:rPr>
      </w:pPr>
      <w:r>
        <w:rPr>
          <w:lang w:val="es-CL"/>
        </w:rPr>
        <w:t xml:space="preserve">Si la temática de la investigación se relaciona </w:t>
      </w:r>
      <w:r w:rsidR="0049788C">
        <w:rPr>
          <w:lang w:val="es-CL"/>
        </w:rPr>
        <w:t>con</w:t>
      </w:r>
      <w:r>
        <w:rPr>
          <w:lang w:val="es-CL"/>
        </w:rPr>
        <w:t xml:space="preserve"> intereses que provienen de estudios previos o si </w:t>
      </w:r>
      <w:r w:rsidR="0049788C">
        <w:rPr>
          <w:lang w:val="es-CL"/>
        </w:rPr>
        <w:t>está relacionada</w:t>
      </w:r>
      <w:r>
        <w:rPr>
          <w:lang w:val="es-CL"/>
        </w:rPr>
        <w:t xml:space="preserve"> con labores profesionales.</w:t>
      </w:r>
    </w:p>
    <w:p w14:paraId="5659B3DE" w14:textId="08614852" w:rsidR="0049788C" w:rsidRDefault="0049788C" w:rsidP="00730E34">
      <w:pPr>
        <w:pStyle w:val="Prrafodelista"/>
        <w:numPr>
          <w:ilvl w:val="0"/>
          <w:numId w:val="11"/>
        </w:numPr>
        <w:rPr>
          <w:lang w:val="es-CL"/>
        </w:rPr>
      </w:pPr>
      <w:r>
        <w:rPr>
          <w:lang w:val="es-CL"/>
        </w:rPr>
        <w:t>Indicación de la línea de investigación a la cual su temática estaría adscrita.</w:t>
      </w:r>
    </w:p>
    <w:p w14:paraId="37EC36B0" w14:textId="77777777" w:rsidR="00891C09" w:rsidRDefault="00891C09">
      <w:pPr>
        <w:rPr>
          <w:lang w:val="es-CL"/>
        </w:rPr>
      </w:pPr>
    </w:p>
    <w:p w14:paraId="5EBB58D1" w14:textId="77777777" w:rsidR="00742D6E" w:rsidRDefault="00742D6E">
      <w:pPr>
        <w:rPr>
          <w:lang w:val="es-CL"/>
        </w:rPr>
      </w:pPr>
    </w:p>
    <w:p w14:paraId="6470C7CD" w14:textId="6145A4AA" w:rsidR="00742D6E" w:rsidRDefault="00742D6E">
      <w:pPr>
        <w:rPr>
          <w:lang w:val="es-CL"/>
        </w:rPr>
      </w:pPr>
      <w:r>
        <w:rPr>
          <w:b/>
          <w:bCs/>
          <w:lang w:val="es-CL"/>
        </w:rPr>
        <w:t>Proyecto de investigación:</w:t>
      </w: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8780"/>
      </w:tblGrid>
      <w:tr w:rsidR="00742D6E" w14:paraId="23933917" w14:textId="77777777" w:rsidTr="00742D6E">
        <w:tc>
          <w:tcPr>
            <w:tcW w:w="8780" w:type="dxa"/>
          </w:tcPr>
          <w:p w14:paraId="035554FC" w14:textId="77777777" w:rsidR="00742D6E" w:rsidRDefault="00742D6E">
            <w:pPr>
              <w:rPr>
                <w:lang w:val="es-CL"/>
              </w:rPr>
            </w:pPr>
          </w:p>
          <w:p w14:paraId="4118DD7C" w14:textId="77777777" w:rsidR="00742D6E" w:rsidRDefault="00742D6E">
            <w:pPr>
              <w:rPr>
                <w:lang w:val="es-CL"/>
              </w:rPr>
            </w:pPr>
          </w:p>
          <w:p w14:paraId="7CD57787" w14:textId="77777777" w:rsidR="00742D6E" w:rsidRDefault="00742D6E">
            <w:pPr>
              <w:rPr>
                <w:lang w:val="es-CL"/>
              </w:rPr>
            </w:pPr>
          </w:p>
          <w:p w14:paraId="48C23342" w14:textId="77777777" w:rsidR="00742D6E" w:rsidRDefault="00742D6E">
            <w:pPr>
              <w:rPr>
                <w:lang w:val="es-CL"/>
              </w:rPr>
            </w:pPr>
          </w:p>
          <w:p w14:paraId="5D8A0F85" w14:textId="77777777" w:rsidR="00742D6E" w:rsidRDefault="00742D6E">
            <w:pPr>
              <w:rPr>
                <w:lang w:val="es-CL"/>
              </w:rPr>
            </w:pPr>
          </w:p>
          <w:p w14:paraId="6817E62B" w14:textId="77777777" w:rsidR="00742D6E" w:rsidRDefault="00742D6E">
            <w:pPr>
              <w:rPr>
                <w:lang w:val="es-CL"/>
              </w:rPr>
            </w:pPr>
          </w:p>
          <w:p w14:paraId="4B5DCCCD" w14:textId="77777777" w:rsidR="00742D6E" w:rsidRDefault="00742D6E">
            <w:pPr>
              <w:rPr>
                <w:lang w:val="es-CL"/>
              </w:rPr>
            </w:pPr>
          </w:p>
          <w:p w14:paraId="12BA3AA6" w14:textId="77777777" w:rsidR="00742D6E" w:rsidRDefault="00742D6E">
            <w:pPr>
              <w:rPr>
                <w:lang w:val="es-CL"/>
              </w:rPr>
            </w:pPr>
          </w:p>
          <w:p w14:paraId="062D92FB" w14:textId="77777777" w:rsidR="00742D6E" w:rsidRDefault="00742D6E">
            <w:pPr>
              <w:rPr>
                <w:lang w:val="es-CL"/>
              </w:rPr>
            </w:pPr>
          </w:p>
          <w:p w14:paraId="639677C5" w14:textId="77777777" w:rsidR="00742D6E" w:rsidRDefault="00742D6E">
            <w:pPr>
              <w:rPr>
                <w:lang w:val="es-CL"/>
              </w:rPr>
            </w:pPr>
          </w:p>
          <w:p w14:paraId="538DD9F8" w14:textId="77777777" w:rsidR="00742D6E" w:rsidRDefault="00742D6E">
            <w:pPr>
              <w:rPr>
                <w:lang w:val="es-CL"/>
              </w:rPr>
            </w:pPr>
          </w:p>
          <w:p w14:paraId="25C93ED2" w14:textId="77777777" w:rsidR="00742D6E" w:rsidRDefault="00742D6E">
            <w:pPr>
              <w:rPr>
                <w:lang w:val="es-CL"/>
              </w:rPr>
            </w:pPr>
          </w:p>
          <w:p w14:paraId="0E1F3BAA" w14:textId="77777777" w:rsidR="00742D6E" w:rsidRDefault="00742D6E">
            <w:pPr>
              <w:rPr>
                <w:lang w:val="es-CL"/>
              </w:rPr>
            </w:pPr>
          </w:p>
          <w:p w14:paraId="4CA53C3F" w14:textId="77777777" w:rsidR="00742D6E" w:rsidRDefault="00742D6E">
            <w:pPr>
              <w:rPr>
                <w:lang w:val="es-CL"/>
              </w:rPr>
            </w:pPr>
          </w:p>
          <w:p w14:paraId="2E29478F" w14:textId="77777777" w:rsidR="00742D6E" w:rsidRDefault="00742D6E">
            <w:pPr>
              <w:rPr>
                <w:lang w:val="es-CL"/>
              </w:rPr>
            </w:pPr>
          </w:p>
          <w:p w14:paraId="3950D6DB" w14:textId="77777777" w:rsidR="00742D6E" w:rsidRDefault="00742D6E">
            <w:pPr>
              <w:rPr>
                <w:lang w:val="es-CL"/>
              </w:rPr>
            </w:pPr>
          </w:p>
          <w:p w14:paraId="18AE20A9" w14:textId="77777777" w:rsidR="00742D6E" w:rsidRDefault="00742D6E">
            <w:pPr>
              <w:rPr>
                <w:lang w:val="es-CL"/>
              </w:rPr>
            </w:pPr>
          </w:p>
          <w:p w14:paraId="6EC02213" w14:textId="77777777" w:rsidR="00742D6E" w:rsidRDefault="00742D6E">
            <w:pPr>
              <w:rPr>
                <w:lang w:val="es-CL"/>
              </w:rPr>
            </w:pPr>
          </w:p>
          <w:p w14:paraId="71B915B2" w14:textId="77777777" w:rsidR="00742D6E" w:rsidRDefault="00742D6E">
            <w:pPr>
              <w:rPr>
                <w:lang w:val="es-CL"/>
              </w:rPr>
            </w:pPr>
          </w:p>
          <w:p w14:paraId="75E3B01D" w14:textId="77777777" w:rsidR="00742D6E" w:rsidRDefault="00742D6E">
            <w:pPr>
              <w:rPr>
                <w:lang w:val="es-CL"/>
              </w:rPr>
            </w:pPr>
          </w:p>
          <w:p w14:paraId="7B9773DA" w14:textId="77777777" w:rsidR="00742D6E" w:rsidRDefault="00742D6E">
            <w:pPr>
              <w:rPr>
                <w:lang w:val="es-CL"/>
              </w:rPr>
            </w:pPr>
          </w:p>
          <w:p w14:paraId="65E047AA" w14:textId="77777777" w:rsidR="00742D6E" w:rsidRDefault="00742D6E">
            <w:pPr>
              <w:rPr>
                <w:lang w:val="es-CL"/>
              </w:rPr>
            </w:pPr>
          </w:p>
          <w:p w14:paraId="345494B4" w14:textId="77777777" w:rsidR="00742D6E" w:rsidRDefault="00742D6E">
            <w:pPr>
              <w:rPr>
                <w:lang w:val="es-CL"/>
              </w:rPr>
            </w:pPr>
          </w:p>
          <w:p w14:paraId="512A768B" w14:textId="77777777" w:rsidR="00742D6E" w:rsidRDefault="00742D6E">
            <w:pPr>
              <w:rPr>
                <w:lang w:val="es-CL"/>
              </w:rPr>
            </w:pPr>
          </w:p>
          <w:p w14:paraId="12F218AD" w14:textId="77777777" w:rsidR="00742D6E" w:rsidRDefault="00742D6E">
            <w:pPr>
              <w:rPr>
                <w:lang w:val="es-CL"/>
              </w:rPr>
            </w:pPr>
          </w:p>
          <w:p w14:paraId="3A2C5D1D" w14:textId="77777777" w:rsidR="00742D6E" w:rsidRDefault="00742D6E">
            <w:pPr>
              <w:rPr>
                <w:lang w:val="es-CL"/>
              </w:rPr>
            </w:pPr>
          </w:p>
          <w:p w14:paraId="4F135A3C" w14:textId="77777777" w:rsidR="00742D6E" w:rsidRDefault="00742D6E">
            <w:pPr>
              <w:rPr>
                <w:lang w:val="es-CL"/>
              </w:rPr>
            </w:pPr>
          </w:p>
          <w:p w14:paraId="3717B313" w14:textId="77777777" w:rsidR="00742D6E" w:rsidRDefault="00742D6E">
            <w:pPr>
              <w:rPr>
                <w:lang w:val="es-CL"/>
              </w:rPr>
            </w:pPr>
          </w:p>
          <w:p w14:paraId="122DFE26" w14:textId="77777777" w:rsidR="00742D6E" w:rsidRDefault="00742D6E">
            <w:pPr>
              <w:rPr>
                <w:lang w:val="es-CL"/>
              </w:rPr>
            </w:pPr>
          </w:p>
          <w:p w14:paraId="66AC0EBE" w14:textId="77777777" w:rsidR="00742D6E" w:rsidRDefault="00742D6E">
            <w:pPr>
              <w:rPr>
                <w:lang w:val="es-CL"/>
              </w:rPr>
            </w:pPr>
          </w:p>
          <w:p w14:paraId="33D794C8" w14:textId="77777777" w:rsidR="00742D6E" w:rsidRDefault="00742D6E">
            <w:pPr>
              <w:rPr>
                <w:lang w:val="es-CL"/>
              </w:rPr>
            </w:pPr>
          </w:p>
          <w:p w14:paraId="1C13E6D0" w14:textId="77777777" w:rsidR="00742D6E" w:rsidRDefault="00742D6E">
            <w:pPr>
              <w:rPr>
                <w:lang w:val="es-CL"/>
              </w:rPr>
            </w:pPr>
          </w:p>
          <w:p w14:paraId="5620CC4D" w14:textId="77777777" w:rsidR="00742D6E" w:rsidRDefault="00742D6E">
            <w:pPr>
              <w:rPr>
                <w:lang w:val="es-CL"/>
              </w:rPr>
            </w:pPr>
          </w:p>
          <w:p w14:paraId="1C77DBD7" w14:textId="77777777" w:rsidR="00742D6E" w:rsidRDefault="00742D6E">
            <w:pPr>
              <w:rPr>
                <w:lang w:val="es-CL"/>
              </w:rPr>
            </w:pPr>
          </w:p>
          <w:p w14:paraId="630EE18E" w14:textId="77777777" w:rsidR="00742D6E" w:rsidRDefault="00742D6E">
            <w:pPr>
              <w:rPr>
                <w:lang w:val="es-CL"/>
              </w:rPr>
            </w:pPr>
          </w:p>
          <w:p w14:paraId="2C25EB63" w14:textId="77777777" w:rsidR="00742D6E" w:rsidRDefault="00742D6E">
            <w:pPr>
              <w:rPr>
                <w:lang w:val="es-CL"/>
              </w:rPr>
            </w:pPr>
          </w:p>
          <w:p w14:paraId="0C92D0DB" w14:textId="77777777" w:rsidR="00742D6E" w:rsidRDefault="00742D6E">
            <w:pPr>
              <w:rPr>
                <w:lang w:val="es-CL"/>
              </w:rPr>
            </w:pPr>
          </w:p>
          <w:p w14:paraId="32836567" w14:textId="77777777" w:rsidR="00742D6E" w:rsidRDefault="00742D6E">
            <w:pPr>
              <w:rPr>
                <w:lang w:val="es-CL"/>
              </w:rPr>
            </w:pPr>
          </w:p>
          <w:p w14:paraId="2CCC0934" w14:textId="77777777" w:rsidR="00742D6E" w:rsidRDefault="00742D6E">
            <w:pPr>
              <w:rPr>
                <w:lang w:val="es-CL"/>
              </w:rPr>
            </w:pPr>
          </w:p>
          <w:p w14:paraId="03B6AC34" w14:textId="77777777" w:rsidR="00742D6E" w:rsidRDefault="00742D6E">
            <w:pPr>
              <w:rPr>
                <w:lang w:val="es-CL"/>
              </w:rPr>
            </w:pPr>
          </w:p>
          <w:p w14:paraId="14E699A3" w14:textId="77777777" w:rsidR="00742D6E" w:rsidRDefault="00742D6E">
            <w:pPr>
              <w:rPr>
                <w:lang w:val="es-CL"/>
              </w:rPr>
            </w:pPr>
          </w:p>
          <w:p w14:paraId="4BC87D8E" w14:textId="77777777" w:rsidR="00742D6E" w:rsidRDefault="00742D6E">
            <w:pPr>
              <w:rPr>
                <w:lang w:val="es-CL"/>
              </w:rPr>
            </w:pPr>
          </w:p>
          <w:p w14:paraId="505E3AC9" w14:textId="77777777" w:rsidR="00742D6E" w:rsidRDefault="00742D6E">
            <w:pPr>
              <w:rPr>
                <w:lang w:val="es-CL"/>
              </w:rPr>
            </w:pPr>
          </w:p>
          <w:p w14:paraId="4B282E70" w14:textId="77777777" w:rsidR="00742D6E" w:rsidRDefault="00742D6E">
            <w:pPr>
              <w:rPr>
                <w:lang w:val="es-CL"/>
              </w:rPr>
            </w:pPr>
          </w:p>
          <w:p w14:paraId="5B786D6F" w14:textId="77777777" w:rsidR="00742D6E" w:rsidRDefault="00742D6E">
            <w:pPr>
              <w:rPr>
                <w:lang w:val="es-CL"/>
              </w:rPr>
            </w:pPr>
          </w:p>
          <w:p w14:paraId="65F7D2BC" w14:textId="77777777" w:rsidR="00742D6E" w:rsidRDefault="00742D6E">
            <w:pPr>
              <w:rPr>
                <w:lang w:val="es-CL"/>
              </w:rPr>
            </w:pPr>
          </w:p>
          <w:p w14:paraId="441C1925" w14:textId="77777777" w:rsidR="00742D6E" w:rsidRDefault="00742D6E">
            <w:pPr>
              <w:rPr>
                <w:lang w:val="es-CL"/>
              </w:rPr>
            </w:pPr>
          </w:p>
          <w:p w14:paraId="0B266F62" w14:textId="77777777" w:rsidR="00742D6E" w:rsidRDefault="00742D6E">
            <w:pPr>
              <w:rPr>
                <w:lang w:val="es-CL"/>
              </w:rPr>
            </w:pPr>
          </w:p>
          <w:p w14:paraId="786D1C92" w14:textId="77777777" w:rsidR="00742D6E" w:rsidRDefault="00742D6E">
            <w:pPr>
              <w:rPr>
                <w:lang w:val="es-CL"/>
              </w:rPr>
            </w:pPr>
          </w:p>
          <w:p w14:paraId="21F7E6DC" w14:textId="77777777" w:rsidR="00742D6E" w:rsidRDefault="00742D6E">
            <w:pPr>
              <w:rPr>
                <w:lang w:val="es-CL"/>
              </w:rPr>
            </w:pPr>
          </w:p>
          <w:p w14:paraId="1101BC21" w14:textId="77777777" w:rsidR="00742D6E" w:rsidRDefault="00742D6E">
            <w:pPr>
              <w:rPr>
                <w:lang w:val="es-CL"/>
              </w:rPr>
            </w:pPr>
          </w:p>
          <w:p w14:paraId="75E90B7E" w14:textId="77777777" w:rsidR="00742D6E" w:rsidRDefault="00742D6E">
            <w:pPr>
              <w:rPr>
                <w:lang w:val="es-CL"/>
              </w:rPr>
            </w:pPr>
          </w:p>
          <w:p w14:paraId="074E4842" w14:textId="77777777" w:rsidR="00742D6E" w:rsidRDefault="00742D6E">
            <w:pPr>
              <w:rPr>
                <w:lang w:val="es-CL"/>
              </w:rPr>
            </w:pPr>
          </w:p>
          <w:p w14:paraId="0C86B4E0" w14:textId="77777777" w:rsidR="00742D6E" w:rsidRDefault="00742D6E">
            <w:pPr>
              <w:rPr>
                <w:lang w:val="es-CL"/>
              </w:rPr>
            </w:pPr>
          </w:p>
          <w:p w14:paraId="6FE64BE8" w14:textId="77777777" w:rsidR="00742D6E" w:rsidRDefault="00742D6E">
            <w:pPr>
              <w:rPr>
                <w:lang w:val="es-CL"/>
              </w:rPr>
            </w:pPr>
          </w:p>
          <w:p w14:paraId="647A4F24" w14:textId="77777777" w:rsidR="00742D6E" w:rsidRDefault="00742D6E">
            <w:pPr>
              <w:rPr>
                <w:lang w:val="es-CL"/>
              </w:rPr>
            </w:pPr>
          </w:p>
          <w:p w14:paraId="48FD836B" w14:textId="77777777" w:rsidR="00742D6E" w:rsidRDefault="00742D6E">
            <w:pPr>
              <w:rPr>
                <w:lang w:val="es-CL"/>
              </w:rPr>
            </w:pPr>
          </w:p>
          <w:p w14:paraId="76F1AA63" w14:textId="77777777" w:rsidR="00742D6E" w:rsidRDefault="00742D6E">
            <w:pPr>
              <w:rPr>
                <w:lang w:val="es-CL"/>
              </w:rPr>
            </w:pPr>
          </w:p>
          <w:p w14:paraId="36D6222B" w14:textId="77777777" w:rsidR="00742D6E" w:rsidRDefault="00742D6E">
            <w:pPr>
              <w:rPr>
                <w:lang w:val="es-CL"/>
              </w:rPr>
            </w:pPr>
          </w:p>
          <w:p w14:paraId="4E053980" w14:textId="77777777" w:rsidR="00742D6E" w:rsidRDefault="00742D6E">
            <w:pPr>
              <w:rPr>
                <w:lang w:val="es-CL"/>
              </w:rPr>
            </w:pPr>
          </w:p>
          <w:p w14:paraId="5C26D840" w14:textId="77777777" w:rsidR="00742D6E" w:rsidRDefault="00742D6E">
            <w:pPr>
              <w:rPr>
                <w:lang w:val="es-CL"/>
              </w:rPr>
            </w:pPr>
          </w:p>
          <w:p w14:paraId="76F20927" w14:textId="77777777" w:rsidR="00742D6E" w:rsidRDefault="00742D6E">
            <w:pPr>
              <w:rPr>
                <w:lang w:val="es-CL"/>
              </w:rPr>
            </w:pPr>
          </w:p>
          <w:p w14:paraId="093E70DA" w14:textId="77777777" w:rsidR="00742D6E" w:rsidRDefault="00742D6E">
            <w:pPr>
              <w:rPr>
                <w:lang w:val="es-CL"/>
              </w:rPr>
            </w:pPr>
          </w:p>
          <w:p w14:paraId="1FB66065" w14:textId="77777777" w:rsidR="00742D6E" w:rsidRDefault="00742D6E">
            <w:pPr>
              <w:rPr>
                <w:lang w:val="es-CL"/>
              </w:rPr>
            </w:pPr>
          </w:p>
          <w:p w14:paraId="41CBB85F" w14:textId="77777777" w:rsidR="00742D6E" w:rsidRDefault="00742D6E">
            <w:pPr>
              <w:rPr>
                <w:lang w:val="es-CL"/>
              </w:rPr>
            </w:pPr>
          </w:p>
          <w:p w14:paraId="4E91006E" w14:textId="77777777" w:rsidR="00742D6E" w:rsidRDefault="00742D6E">
            <w:pPr>
              <w:rPr>
                <w:lang w:val="es-CL"/>
              </w:rPr>
            </w:pPr>
          </w:p>
          <w:p w14:paraId="0E02375C" w14:textId="77777777" w:rsidR="00742D6E" w:rsidRDefault="00742D6E">
            <w:pPr>
              <w:rPr>
                <w:lang w:val="es-CL"/>
              </w:rPr>
            </w:pPr>
          </w:p>
          <w:p w14:paraId="10BBFFA1" w14:textId="77777777" w:rsidR="00742D6E" w:rsidRDefault="00742D6E">
            <w:pPr>
              <w:rPr>
                <w:lang w:val="es-CL"/>
              </w:rPr>
            </w:pPr>
          </w:p>
          <w:p w14:paraId="2223EC7A" w14:textId="77777777" w:rsidR="00742D6E" w:rsidRDefault="00742D6E">
            <w:pPr>
              <w:rPr>
                <w:lang w:val="es-CL"/>
              </w:rPr>
            </w:pPr>
          </w:p>
          <w:p w14:paraId="79E1D374" w14:textId="77777777" w:rsidR="00742D6E" w:rsidRDefault="00742D6E">
            <w:pPr>
              <w:rPr>
                <w:lang w:val="es-CL"/>
              </w:rPr>
            </w:pPr>
          </w:p>
          <w:p w14:paraId="4FC82683" w14:textId="77777777" w:rsidR="00742D6E" w:rsidRDefault="00742D6E">
            <w:pPr>
              <w:rPr>
                <w:lang w:val="es-CL"/>
              </w:rPr>
            </w:pPr>
          </w:p>
          <w:p w14:paraId="09B07A86" w14:textId="77777777" w:rsidR="00742D6E" w:rsidRDefault="00742D6E">
            <w:pPr>
              <w:rPr>
                <w:lang w:val="es-CL"/>
              </w:rPr>
            </w:pPr>
          </w:p>
          <w:p w14:paraId="42697E61" w14:textId="77777777" w:rsidR="00742D6E" w:rsidRDefault="00742D6E">
            <w:pPr>
              <w:rPr>
                <w:lang w:val="es-CL"/>
              </w:rPr>
            </w:pPr>
          </w:p>
          <w:p w14:paraId="0EE4C68D" w14:textId="77777777" w:rsidR="00742D6E" w:rsidRDefault="00742D6E">
            <w:pPr>
              <w:rPr>
                <w:lang w:val="es-CL"/>
              </w:rPr>
            </w:pPr>
          </w:p>
          <w:p w14:paraId="4EE4F11F" w14:textId="77777777" w:rsidR="00742D6E" w:rsidRDefault="00742D6E">
            <w:pPr>
              <w:rPr>
                <w:lang w:val="es-CL"/>
              </w:rPr>
            </w:pPr>
          </w:p>
          <w:p w14:paraId="4E4AA642" w14:textId="77777777" w:rsidR="00742D6E" w:rsidRDefault="00742D6E">
            <w:pPr>
              <w:rPr>
                <w:lang w:val="es-CL"/>
              </w:rPr>
            </w:pPr>
          </w:p>
          <w:p w14:paraId="41006A19" w14:textId="77777777" w:rsidR="00742D6E" w:rsidRDefault="00742D6E">
            <w:pPr>
              <w:rPr>
                <w:lang w:val="es-CL"/>
              </w:rPr>
            </w:pPr>
          </w:p>
          <w:p w14:paraId="559E92EC" w14:textId="77777777" w:rsidR="00742D6E" w:rsidRDefault="00742D6E">
            <w:pPr>
              <w:rPr>
                <w:lang w:val="es-CL"/>
              </w:rPr>
            </w:pPr>
          </w:p>
          <w:p w14:paraId="5CDC38EB" w14:textId="77777777" w:rsidR="00742D6E" w:rsidRDefault="00742D6E">
            <w:pPr>
              <w:rPr>
                <w:lang w:val="es-CL"/>
              </w:rPr>
            </w:pPr>
          </w:p>
          <w:p w14:paraId="66567702" w14:textId="77777777" w:rsidR="00742D6E" w:rsidRDefault="00742D6E">
            <w:pPr>
              <w:rPr>
                <w:lang w:val="es-CL"/>
              </w:rPr>
            </w:pPr>
          </w:p>
          <w:p w14:paraId="5F0BDE27" w14:textId="77777777" w:rsidR="00742D6E" w:rsidRDefault="00742D6E">
            <w:pPr>
              <w:rPr>
                <w:lang w:val="es-CL"/>
              </w:rPr>
            </w:pPr>
          </w:p>
          <w:p w14:paraId="3D1C0F28" w14:textId="77777777" w:rsidR="00742D6E" w:rsidRDefault="00742D6E">
            <w:pPr>
              <w:rPr>
                <w:lang w:val="es-CL"/>
              </w:rPr>
            </w:pPr>
          </w:p>
          <w:p w14:paraId="1FF60EFF" w14:textId="77777777" w:rsidR="00742D6E" w:rsidRDefault="00742D6E">
            <w:pPr>
              <w:rPr>
                <w:lang w:val="es-CL"/>
              </w:rPr>
            </w:pPr>
          </w:p>
          <w:p w14:paraId="40A7899E" w14:textId="77777777" w:rsidR="00742D6E" w:rsidRDefault="00742D6E">
            <w:pPr>
              <w:rPr>
                <w:lang w:val="es-CL"/>
              </w:rPr>
            </w:pPr>
          </w:p>
          <w:p w14:paraId="0D9BD744" w14:textId="77777777" w:rsidR="00742D6E" w:rsidRDefault="00742D6E">
            <w:pPr>
              <w:rPr>
                <w:lang w:val="es-CL"/>
              </w:rPr>
            </w:pPr>
          </w:p>
          <w:p w14:paraId="01333848" w14:textId="77777777" w:rsidR="00742D6E" w:rsidRDefault="00742D6E">
            <w:pPr>
              <w:rPr>
                <w:lang w:val="es-CL"/>
              </w:rPr>
            </w:pPr>
          </w:p>
          <w:p w14:paraId="75D95B68" w14:textId="77777777" w:rsidR="00742D6E" w:rsidRDefault="00742D6E">
            <w:pPr>
              <w:rPr>
                <w:lang w:val="es-CL"/>
              </w:rPr>
            </w:pPr>
          </w:p>
          <w:p w14:paraId="14471EE7" w14:textId="77777777" w:rsidR="00742D6E" w:rsidRDefault="00742D6E">
            <w:pPr>
              <w:rPr>
                <w:lang w:val="es-CL"/>
              </w:rPr>
            </w:pPr>
          </w:p>
          <w:p w14:paraId="52FDF074" w14:textId="77777777" w:rsidR="00742D6E" w:rsidRDefault="00742D6E">
            <w:pPr>
              <w:rPr>
                <w:lang w:val="es-CL"/>
              </w:rPr>
            </w:pPr>
          </w:p>
          <w:p w14:paraId="27501909" w14:textId="77777777" w:rsidR="00742D6E" w:rsidRDefault="00742D6E">
            <w:pPr>
              <w:rPr>
                <w:lang w:val="es-CL"/>
              </w:rPr>
            </w:pPr>
          </w:p>
          <w:p w14:paraId="3063C005" w14:textId="77777777" w:rsidR="00742D6E" w:rsidRDefault="00742D6E">
            <w:pPr>
              <w:rPr>
                <w:lang w:val="es-CL"/>
              </w:rPr>
            </w:pPr>
          </w:p>
          <w:p w14:paraId="5568A484" w14:textId="77777777" w:rsidR="00742D6E" w:rsidRDefault="00742D6E">
            <w:pPr>
              <w:rPr>
                <w:lang w:val="es-CL"/>
              </w:rPr>
            </w:pPr>
          </w:p>
          <w:p w14:paraId="79E38185" w14:textId="77777777" w:rsidR="00742D6E" w:rsidRDefault="00742D6E">
            <w:pPr>
              <w:rPr>
                <w:lang w:val="es-CL"/>
              </w:rPr>
            </w:pPr>
          </w:p>
          <w:p w14:paraId="3FCA5BC6" w14:textId="77777777" w:rsidR="00742D6E" w:rsidRDefault="00742D6E">
            <w:pPr>
              <w:rPr>
                <w:lang w:val="es-CL"/>
              </w:rPr>
            </w:pPr>
          </w:p>
          <w:p w14:paraId="2984FA13" w14:textId="77777777" w:rsidR="00742D6E" w:rsidRDefault="00742D6E">
            <w:pPr>
              <w:rPr>
                <w:lang w:val="es-CL"/>
              </w:rPr>
            </w:pPr>
          </w:p>
          <w:p w14:paraId="6D745950" w14:textId="77777777" w:rsidR="00742D6E" w:rsidRDefault="00742D6E">
            <w:pPr>
              <w:rPr>
                <w:lang w:val="es-CL"/>
              </w:rPr>
            </w:pPr>
          </w:p>
        </w:tc>
      </w:tr>
    </w:tbl>
    <w:p w14:paraId="52AA1622" w14:textId="77777777" w:rsidR="00742D6E" w:rsidRPr="00742D6E" w:rsidRDefault="00742D6E">
      <w:pPr>
        <w:rPr>
          <w:lang w:val="es-CL"/>
        </w:rPr>
      </w:pPr>
    </w:p>
    <w:sectPr w:rsidR="00742D6E" w:rsidRPr="00742D6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66149C5"/>
    <w:multiLevelType w:val="multilevel"/>
    <w:tmpl w:val="A6A22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F185999"/>
    <w:multiLevelType w:val="hybridMultilevel"/>
    <w:tmpl w:val="D372522C"/>
    <w:lvl w:ilvl="0" w:tplc="17EC29E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803318">
    <w:abstractNumId w:val="8"/>
  </w:num>
  <w:num w:numId="2" w16cid:durableId="258293615">
    <w:abstractNumId w:val="6"/>
  </w:num>
  <w:num w:numId="3" w16cid:durableId="1088310433">
    <w:abstractNumId w:val="5"/>
  </w:num>
  <w:num w:numId="4" w16cid:durableId="998465512">
    <w:abstractNumId w:val="4"/>
  </w:num>
  <w:num w:numId="5" w16cid:durableId="563104076">
    <w:abstractNumId w:val="7"/>
  </w:num>
  <w:num w:numId="6" w16cid:durableId="2134446757">
    <w:abstractNumId w:val="3"/>
  </w:num>
  <w:num w:numId="7" w16cid:durableId="1032337992">
    <w:abstractNumId w:val="2"/>
  </w:num>
  <w:num w:numId="8" w16cid:durableId="157893289">
    <w:abstractNumId w:val="1"/>
  </w:num>
  <w:num w:numId="9" w16cid:durableId="455492270">
    <w:abstractNumId w:val="0"/>
  </w:num>
  <w:num w:numId="10" w16cid:durableId="2022508231">
    <w:abstractNumId w:val="9"/>
  </w:num>
  <w:num w:numId="11" w16cid:durableId="201403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6944"/>
    <w:rsid w:val="0029639D"/>
    <w:rsid w:val="00326F90"/>
    <w:rsid w:val="003B15C1"/>
    <w:rsid w:val="0049788C"/>
    <w:rsid w:val="004E600C"/>
    <w:rsid w:val="00665BBE"/>
    <w:rsid w:val="00730E34"/>
    <w:rsid w:val="00742D6E"/>
    <w:rsid w:val="007B2606"/>
    <w:rsid w:val="00891C09"/>
    <w:rsid w:val="00AA1D8D"/>
    <w:rsid w:val="00B47730"/>
    <w:rsid w:val="00CB0664"/>
    <w:rsid w:val="00D36699"/>
    <w:rsid w:val="00DF09F4"/>
    <w:rsid w:val="00E83042"/>
    <w:rsid w:val="00E863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3E20945"/>
  <w14:defaultImageDpi w14:val="300"/>
  <w15:docId w15:val="{10753A65-248B-4DC6-BF01-06DF3E52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www.unap.cl/prontus_unap/site/artic/20180307/imag/foto_0000003020180307155225/unap_positivo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242</Words>
  <Characters>1366</Characters>
  <Application>Microsoft Office Word</Application>
  <DocSecurity>0</DocSecurity>
  <Lines>62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Sebastien Dube</cp:lastModifiedBy>
  <cp:revision>3</cp:revision>
  <dcterms:created xsi:type="dcterms:W3CDTF">2013-12-23T23:15:00Z</dcterms:created>
  <dcterms:modified xsi:type="dcterms:W3CDTF">2025-08-28T16:07:00Z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102d798c-a9e9-4c30-b1c2-ed075d7f471e</vt:lpwstr>
  </property>
</Properties>
</file>